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4A35" w14:textId="17892582" w:rsidR="008C566E" w:rsidRPr="009D6379" w:rsidRDefault="009D6379" w:rsidP="006E45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6704" behindDoc="1" locked="0" layoutInCell="1" allowOverlap="1" wp14:anchorId="0370A1E2" wp14:editId="504BDC30">
            <wp:simplePos x="0" y="0"/>
            <wp:positionH relativeFrom="margin">
              <wp:posOffset>-1118235</wp:posOffset>
            </wp:positionH>
            <wp:positionV relativeFrom="page">
              <wp:posOffset>25400</wp:posOffset>
            </wp:positionV>
            <wp:extent cx="7810500" cy="9994900"/>
            <wp:effectExtent l="0" t="0" r="0" b="635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9DA7BA" w14:textId="77777777" w:rsidR="006E455D" w:rsidRPr="00230A3A" w:rsidRDefault="00530B06" w:rsidP="006E45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t>ANEXO I</w:t>
      </w:r>
    </w:p>
    <w:p w14:paraId="49179A23" w14:textId="5028E31D" w:rsidR="008C566E" w:rsidRPr="00230A3A" w:rsidRDefault="00530B06" w:rsidP="006E45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t>FORMULÁRIO DE PESQUISA</w:t>
      </w:r>
    </w:p>
    <w:p w14:paraId="5F3D4FA7" w14:textId="77777777" w:rsidR="006E455D" w:rsidRPr="00230A3A" w:rsidRDefault="006E455D" w:rsidP="006E45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981041D" w14:textId="568F3175" w:rsidR="008C566E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 xml:space="preserve">Título da pesquisa: </w:t>
      </w:r>
    </w:p>
    <w:p w14:paraId="55878661" w14:textId="4E692693" w:rsidR="008C566E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 xml:space="preserve">Pesquisador responsável: </w:t>
      </w:r>
    </w:p>
    <w:p w14:paraId="4B3B19C5" w14:textId="32D84BC3" w:rsidR="008C566E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Pesquisador(es) assistente(s):</w:t>
      </w:r>
    </w:p>
    <w:p w14:paraId="35586EF0" w14:textId="77777777" w:rsidR="008C566E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Instituição Proponente: Centro Técnico-Educacional Superior do Oeste do Paraná – UNIMEO/CTESOP</w:t>
      </w:r>
    </w:p>
    <w:p w14:paraId="156193D4" w14:textId="77777777" w:rsidR="006E455D" w:rsidRPr="00230A3A" w:rsidRDefault="006E455D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63A5F6E" w14:textId="7D690F72" w:rsidR="006E455D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 xml:space="preserve">Tipo de Pesquisa: </w:t>
      </w:r>
    </w:p>
    <w:p w14:paraId="35E5CD28" w14:textId="77777777" w:rsidR="006E455D" w:rsidRPr="0045256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(  </w:t>
      </w:r>
      <w:proofErr w:type="gramEnd"/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 ) Iniciação científica </w:t>
      </w:r>
    </w:p>
    <w:p w14:paraId="25B9EA00" w14:textId="77777777" w:rsidR="006E455D" w:rsidRPr="0045256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(   ) TCC – Graduação </w:t>
      </w:r>
    </w:p>
    <w:p w14:paraId="4D10A10E" w14:textId="77777777" w:rsidR="006E455D" w:rsidRPr="0045256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(   ) TCC – Especialização </w:t>
      </w:r>
    </w:p>
    <w:p w14:paraId="0EAC71D3" w14:textId="77777777" w:rsidR="006E455D" w:rsidRPr="0045256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(   ) Dissertação – Mestrado </w:t>
      </w:r>
    </w:p>
    <w:p w14:paraId="3514A509" w14:textId="77777777" w:rsidR="006E455D" w:rsidRPr="0045256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(   ) Tese – Doutorado </w:t>
      </w:r>
    </w:p>
    <w:p w14:paraId="112853F8" w14:textId="77777777" w:rsidR="006E455D" w:rsidRPr="0045256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 xml:space="preserve">(   ) Projeto Institucional </w:t>
      </w:r>
    </w:p>
    <w:p w14:paraId="21CAF1A3" w14:textId="77777777" w:rsidR="006E455D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230A3A">
        <w:rPr>
          <w:rFonts w:ascii="Times New Roman" w:hAnsi="Times New Roman" w:cs="Times New Roman"/>
          <w:sz w:val="24"/>
          <w:szCs w:val="24"/>
          <w:lang w:val="pt-BR"/>
        </w:rPr>
        <w:t xml:space="preserve">(  </w:t>
      </w:r>
      <w:proofErr w:type="gramEnd"/>
      <w:r w:rsidRPr="00230A3A">
        <w:rPr>
          <w:rFonts w:ascii="Times New Roman" w:hAnsi="Times New Roman" w:cs="Times New Roman"/>
          <w:sz w:val="24"/>
          <w:szCs w:val="24"/>
          <w:lang w:val="pt-BR"/>
        </w:rPr>
        <w:t xml:space="preserve"> ) Outro: __________________</w:t>
      </w:r>
    </w:p>
    <w:p w14:paraId="22BF3B0A" w14:textId="77777777" w:rsidR="00230A3A" w:rsidRDefault="00230A3A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4C14BD8" w14:textId="34551A5E" w:rsidR="006E455D" w:rsidRPr="00230A3A" w:rsidRDefault="00230A3A" w:rsidP="00230A3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(Local), </w:t>
      </w:r>
      <w:r w:rsidRPr="006E455D">
        <w:rPr>
          <w:rFonts w:ascii="Times New Roman" w:hAnsi="Times New Roman" w:cs="Times New Roman"/>
          <w:sz w:val="24"/>
          <w:szCs w:val="24"/>
          <w:lang w:val="pt-BR"/>
        </w:rPr>
        <w:t>_____/_____/20______.</w:t>
      </w:r>
    </w:p>
    <w:p w14:paraId="1EFB83E1" w14:textId="7306C7B2" w:rsidR="006E455D" w:rsidRPr="00230A3A" w:rsidRDefault="00230A3A" w:rsidP="00230A3A">
      <w:pPr>
        <w:tabs>
          <w:tab w:val="left" w:pos="3960"/>
          <w:tab w:val="left" w:pos="662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ab/>
      </w:r>
    </w:p>
    <w:p w14:paraId="7D6194E1" w14:textId="77777777" w:rsidR="00212BAB" w:rsidRPr="006E455D" w:rsidRDefault="00212BAB" w:rsidP="00212B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</w:t>
      </w:r>
    </w:p>
    <w:p w14:paraId="23998229" w14:textId="77777777" w:rsidR="00212BAB" w:rsidRPr="006E455D" w:rsidRDefault="00212BAB" w:rsidP="00212BAB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(Assinatura do Responsável pela Instituição Coparticipante)</w:t>
      </w:r>
    </w:p>
    <w:p w14:paraId="532333A3" w14:textId="77777777" w:rsidR="00212BAB" w:rsidRPr="006E455D" w:rsidRDefault="00212BAB" w:rsidP="00212B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                                                          </w:t>
      </w:r>
    </w:p>
    <w:p w14:paraId="5D53D39D" w14:textId="7D25316F" w:rsidR="006E455D" w:rsidRPr="00230A3A" w:rsidRDefault="006E455D" w:rsidP="006E45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EF0BE9C" w14:textId="574E3363" w:rsidR="006E455D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6192" behindDoc="1" locked="0" layoutInCell="1" allowOverlap="1" wp14:anchorId="359021BF" wp14:editId="1431A9CD">
            <wp:simplePos x="0" y="0"/>
            <wp:positionH relativeFrom="margin">
              <wp:posOffset>-1066800</wp:posOffset>
            </wp:positionH>
            <wp:positionV relativeFrom="page">
              <wp:posOffset>-3175</wp:posOffset>
            </wp:positionV>
            <wp:extent cx="7810500" cy="9994900"/>
            <wp:effectExtent l="0" t="0" r="0" b="6350"/>
            <wp:wrapNone/>
            <wp:docPr id="579012834" name="Imagem 57901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0B06" w:rsidRPr="00230A3A">
        <w:rPr>
          <w:rFonts w:ascii="Times New Roman" w:hAnsi="Times New Roman" w:cs="Times New Roman"/>
          <w:b/>
          <w:sz w:val="24"/>
          <w:szCs w:val="24"/>
          <w:lang w:val="pt-BR"/>
        </w:rPr>
        <w:t>ANEXO II</w:t>
      </w:r>
    </w:p>
    <w:p w14:paraId="5CCDE2D4" w14:textId="4F698A70" w:rsidR="008C566E" w:rsidRPr="00230A3A" w:rsidRDefault="00530B06" w:rsidP="006E45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t>AUTORIZAÇÃO DA INSTITUIÇÃO COPARTICIPANTE</w:t>
      </w:r>
    </w:p>
    <w:p w14:paraId="1DF4D883" w14:textId="77777777" w:rsidR="006E455D" w:rsidRPr="00230A3A" w:rsidRDefault="006E455D" w:rsidP="006E45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183C5BE" w14:textId="77777777" w:rsidR="008C566E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Declaramos que o(s) pesquisador(es) __________________________________ está(</w:t>
      </w:r>
      <w:proofErr w:type="spellStart"/>
      <w:r w:rsidRPr="00230A3A">
        <w:rPr>
          <w:rFonts w:ascii="Times New Roman" w:hAnsi="Times New Roman" w:cs="Times New Roman"/>
          <w:sz w:val="24"/>
          <w:szCs w:val="24"/>
          <w:lang w:val="pt-BR"/>
        </w:rPr>
        <w:t>ão</w:t>
      </w:r>
      <w:proofErr w:type="spellEnd"/>
      <w:r w:rsidRPr="00230A3A">
        <w:rPr>
          <w:rFonts w:ascii="Times New Roman" w:hAnsi="Times New Roman" w:cs="Times New Roman"/>
          <w:sz w:val="24"/>
          <w:szCs w:val="24"/>
          <w:lang w:val="pt-BR"/>
        </w:rPr>
        <w:t>) autorizado(s) por esta instituição __________________________________ a realizar a pesquisa intitulada __________________________________, comprometendo-se a respeitar integralmente as normas éticas vigentes, especialmente as Resoluções do Conselho Nacional de Saúde nº 466/2012 e nº 510/2016.</w:t>
      </w:r>
    </w:p>
    <w:p w14:paraId="1745E4FD" w14:textId="77777777" w:rsidR="008C566E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A coleta de dados somente será iniciada após aprovação do Comitê de Ética em Pesquisa da UNIMEO – CEP/UNIMEO.</w:t>
      </w:r>
    </w:p>
    <w:p w14:paraId="2135AA96" w14:textId="77777777" w:rsidR="00230A3A" w:rsidRDefault="00230A3A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84925D8" w14:textId="77777777" w:rsidR="00230A3A" w:rsidRPr="006E455D" w:rsidRDefault="00230A3A" w:rsidP="00230A3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(Local), </w:t>
      </w:r>
      <w:r w:rsidRPr="006E455D">
        <w:rPr>
          <w:rFonts w:ascii="Times New Roman" w:hAnsi="Times New Roman" w:cs="Times New Roman"/>
          <w:sz w:val="24"/>
          <w:szCs w:val="24"/>
          <w:lang w:val="pt-BR"/>
        </w:rPr>
        <w:t>_____/_____/20______.</w:t>
      </w:r>
    </w:p>
    <w:p w14:paraId="3831C46C" w14:textId="77777777" w:rsidR="00230A3A" w:rsidRPr="00230A3A" w:rsidRDefault="00230A3A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2B49BC3" w14:textId="77777777" w:rsidR="006E455D" w:rsidRPr="00230A3A" w:rsidRDefault="006E455D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5ED8B3F" w14:textId="77777777" w:rsidR="006E455D" w:rsidRPr="006E455D" w:rsidRDefault="006E455D" w:rsidP="006E45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</w:t>
      </w:r>
    </w:p>
    <w:p w14:paraId="1503E2FB" w14:textId="77777777" w:rsidR="006E455D" w:rsidRPr="006E455D" w:rsidRDefault="006E455D" w:rsidP="006E455D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(Assinatura do Responsável pela Instituição Coparticipante)</w:t>
      </w:r>
    </w:p>
    <w:p w14:paraId="51276AA9" w14:textId="77777777" w:rsidR="006E455D" w:rsidRPr="006E455D" w:rsidRDefault="006E455D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                                                          </w:t>
      </w:r>
    </w:p>
    <w:p w14:paraId="089D1092" w14:textId="77777777" w:rsidR="006E455D" w:rsidRPr="006E455D" w:rsidRDefault="006E455D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C9158FB" w14:textId="77777777" w:rsidR="006E455D" w:rsidRPr="006E455D" w:rsidRDefault="006E455D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F0F418B" w14:textId="77777777" w:rsidR="006E455D" w:rsidRPr="009D6379" w:rsidRDefault="006E455D" w:rsidP="006E455D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Observação: Caso haja mais de uma Instituição Coparticipante, as autorizações podem ser apensadas separadamente.</w:t>
      </w:r>
    </w:p>
    <w:p w14:paraId="09AE35C7" w14:textId="77777777" w:rsidR="006E455D" w:rsidRPr="006E455D" w:rsidRDefault="006E455D" w:rsidP="006E455D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</w:p>
    <w:p w14:paraId="4752395A" w14:textId="77777777" w:rsidR="006E455D" w:rsidRPr="006E455D" w:rsidRDefault="006E455D" w:rsidP="006E4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Observação: Caso não haja instituição coparticipante, o pesquisador deve substituir o texto acima por uma justificativa/explicação do porquê não tem instituição coparticipante e assinar abaixo, conforme os outros anexos.</w:t>
      </w:r>
      <w:r w:rsidRPr="006E455D">
        <w:rPr>
          <w:rFonts w:ascii="Times New Roman" w:hAnsi="Times New Roman" w:cs="Times New Roman"/>
          <w:sz w:val="24"/>
          <w:szCs w:val="24"/>
          <w:lang w:val="pt-BR"/>
        </w:rPr>
        <w:br w:type="page"/>
      </w:r>
    </w:p>
    <w:p w14:paraId="03BF9D3B" w14:textId="6E164064" w:rsidR="006E455D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9776" behindDoc="1" locked="0" layoutInCell="1" allowOverlap="1" wp14:anchorId="66B13DF4" wp14:editId="4D1D350B">
            <wp:simplePos x="0" y="0"/>
            <wp:positionH relativeFrom="margin">
              <wp:posOffset>-1079500</wp:posOffset>
            </wp:positionH>
            <wp:positionV relativeFrom="page">
              <wp:posOffset>22225</wp:posOffset>
            </wp:positionV>
            <wp:extent cx="7810500" cy="9994900"/>
            <wp:effectExtent l="0" t="0" r="0" b="6350"/>
            <wp:wrapNone/>
            <wp:docPr id="1701105616" name="Imagem 1701105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E8504" w14:textId="77777777" w:rsidR="008C566E" w:rsidRPr="00230A3A" w:rsidRDefault="008C566E" w:rsidP="006E455D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63F9ED5" w14:textId="77777777" w:rsidR="009D6379" w:rsidRPr="00230A3A" w:rsidRDefault="00530B06" w:rsidP="009D63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t>ANEXO III</w:t>
      </w:r>
    </w:p>
    <w:p w14:paraId="7DF1D2C0" w14:textId="1A6DED91" w:rsidR="008C566E" w:rsidRPr="00230A3A" w:rsidRDefault="00530B06" w:rsidP="009D63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t>DECLARAÇÃO DE USO DE DADOS</w:t>
      </w:r>
    </w:p>
    <w:p w14:paraId="5C812AF1" w14:textId="77777777" w:rsidR="009D6379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87C2F25" w14:textId="4A4D385B" w:rsidR="009D6379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230A3A">
        <w:rPr>
          <w:rFonts w:ascii="Times New Roman" w:hAnsi="Times New Roman" w:cs="Times New Roman"/>
          <w:sz w:val="24"/>
          <w:szCs w:val="24"/>
          <w:lang w:val="pt-BR"/>
        </w:rPr>
        <w:t>[    ]</w:t>
      </w:r>
      <w:proofErr w:type="gramEnd"/>
      <w:r w:rsidRPr="00230A3A">
        <w:rPr>
          <w:rFonts w:ascii="Times New Roman" w:hAnsi="Times New Roman" w:cs="Times New Roman"/>
          <w:sz w:val="24"/>
          <w:szCs w:val="24"/>
          <w:lang w:val="pt-BR"/>
        </w:rPr>
        <w:t xml:space="preserve"> SIM</w:t>
      </w:r>
    </w:p>
    <w:p w14:paraId="05853255" w14:textId="77777777" w:rsidR="009D6379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412F09F5" w14:textId="77777777" w:rsidR="008C566E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O(s) pesquisador(es) compromete(m)-se a garantir a privacidade e confidencialidade dos participantes, utilizar os dados exclusivamente para esta pesquisa e respeitar integralmente as normas éticas vigentes e a Lei Geral de Proteção de Dados Pessoais – LGPD (Lei nº 13.709/2018).</w:t>
      </w:r>
    </w:p>
    <w:p w14:paraId="3057BF38" w14:textId="77777777" w:rsidR="00230A3A" w:rsidRDefault="00230A3A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30BD393" w14:textId="77777777" w:rsidR="00230A3A" w:rsidRPr="006E455D" w:rsidRDefault="00230A3A" w:rsidP="00230A3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(Local), </w:t>
      </w:r>
      <w:r w:rsidRPr="006E455D">
        <w:rPr>
          <w:rFonts w:ascii="Times New Roman" w:hAnsi="Times New Roman" w:cs="Times New Roman"/>
          <w:sz w:val="24"/>
          <w:szCs w:val="24"/>
          <w:lang w:val="pt-BR"/>
        </w:rPr>
        <w:t>_____/_____/20______.</w:t>
      </w:r>
    </w:p>
    <w:p w14:paraId="1D0F527A" w14:textId="77777777" w:rsidR="009D6379" w:rsidRPr="00230A3A" w:rsidRDefault="009D6379" w:rsidP="00230A3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09D11C7" w14:textId="77777777" w:rsidR="009D6379" w:rsidRPr="006E455D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</w:t>
      </w:r>
    </w:p>
    <w:p w14:paraId="44BFCCFE" w14:textId="77777777" w:rsidR="009D6379" w:rsidRPr="006E455D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(Assinatura do Responsável pela Instituição Coparticipante)</w:t>
      </w:r>
    </w:p>
    <w:p w14:paraId="0D2813FA" w14:textId="77777777" w:rsidR="009D6379" w:rsidRPr="006E455D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                                                          </w:t>
      </w:r>
    </w:p>
    <w:p w14:paraId="13A05C04" w14:textId="77777777" w:rsidR="009D6379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F39DE05" w14:textId="77777777" w:rsidR="009D6379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49DDFBC" w14:textId="77777777" w:rsidR="008C566E" w:rsidRPr="00230A3A" w:rsidRDefault="008C566E" w:rsidP="006E455D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672BBAA" w14:textId="77777777" w:rsidR="009D6379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br w:type="page"/>
      </w:r>
    </w:p>
    <w:p w14:paraId="3587286B" w14:textId="4C15B734" w:rsidR="009D6379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 wp14:anchorId="29078A7C" wp14:editId="094B040E">
            <wp:simplePos x="0" y="0"/>
            <wp:positionH relativeFrom="margin">
              <wp:posOffset>-1041400</wp:posOffset>
            </wp:positionH>
            <wp:positionV relativeFrom="page">
              <wp:posOffset>-3175</wp:posOffset>
            </wp:positionV>
            <wp:extent cx="7810500" cy="9994900"/>
            <wp:effectExtent l="0" t="0" r="0" b="6350"/>
            <wp:wrapNone/>
            <wp:docPr id="1583511816" name="Imagem 158351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0B06" w:rsidRPr="00230A3A">
        <w:rPr>
          <w:rFonts w:ascii="Times New Roman" w:hAnsi="Times New Roman" w:cs="Times New Roman"/>
          <w:b/>
          <w:sz w:val="24"/>
          <w:szCs w:val="24"/>
          <w:lang w:val="pt-BR"/>
        </w:rPr>
        <w:t>ANEXO IV</w:t>
      </w:r>
    </w:p>
    <w:p w14:paraId="779D0011" w14:textId="58C91713" w:rsidR="008C566E" w:rsidRPr="00230A3A" w:rsidRDefault="00530B06" w:rsidP="009D63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t>DECLARAÇÃO DE INTERVENÇÃO (COLETA DE DADOS) NÃO INICIADA</w:t>
      </w:r>
    </w:p>
    <w:p w14:paraId="62B0DE21" w14:textId="77777777" w:rsidR="009D6379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07C772D" w14:textId="77777777" w:rsidR="009D6379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D188509" w14:textId="77777777" w:rsidR="008C566E" w:rsidRPr="00230A3A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Declaramos que a coleta de dados desta pesquisa ainda não foi iniciada e que somente ocorrerá após aprovação do Comitê de Ética em Pesquisa da UNIMEO – CEP/UNIMEO.</w:t>
      </w:r>
    </w:p>
    <w:p w14:paraId="10B483AA" w14:textId="77777777" w:rsidR="008C566E" w:rsidRDefault="00530B06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>Comprometemo-nos a apresentar relatório final e devolutiva aos participantes quando aplicável.</w:t>
      </w:r>
    </w:p>
    <w:p w14:paraId="4E45007A" w14:textId="77777777" w:rsidR="00506D6C" w:rsidRDefault="00506D6C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A861BD8" w14:textId="77777777" w:rsidR="00506D6C" w:rsidRPr="006E455D" w:rsidRDefault="00506D6C" w:rsidP="00506D6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(Local), </w:t>
      </w:r>
      <w:r w:rsidRPr="006E455D">
        <w:rPr>
          <w:rFonts w:ascii="Times New Roman" w:hAnsi="Times New Roman" w:cs="Times New Roman"/>
          <w:sz w:val="24"/>
          <w:szCs w:val="24"/>
          <w:lang w:val="pt-BR"/>
        </w:rPr>
        <w:t>_____/_____/20______.</w:t>
      </w:r>
    </w:p>
    <w:p w14:paraId="709FDF80" w14:textId="77777777" w:rsidR="009D6379" w:rsidRPr="0045256D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6EDEC03" w14:textId="77777777" w:rsidR="009D6379" w:rsidRPr="006E455D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</w:t>
      </w:r>
    </w:p>
    <w:p w14:paraId="608403AF" w14:textId="77777777" w:rsidR="009D6379" w:rsidRPr="006E455D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(Assinatura do Responsável pela Instituição Coparticipante)</w:t>
      </w:r>
    </w:p>
    <w:p w14:paraId="438E2D30" w14:textId="77777777" w:rsidR="009D6379" w:rsidRPr="006E455D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                                                          </w:t>
      </w:r>
    </w:p>
    <w:p w14:paraId="13261485" w14:textId="77777777" w:rsidR="009D6379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82BB89E" w14:textId="77777777" w:rsidR="008C566E" w:rsidRPr="00230A3A" w:rsidRDefault="008C566E" w:rsidP="006E455D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0837C35" w14:textId="77777777" w:rsidR="009D6379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b/>
          <w:sz w:val="24"/>
          <w:szCs w:val="24"/>
          <w:lang w:val="pt-BR"/>
        </w:rPr>
        <w:br w:type="page"/>
      </w:r>
    </w:p>
    <w:p w14:paraId="40567784" w14:textId="15AEC137" w:rsidR="008C566E" w:rsidRPr="00230A3A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 wp14:anchorId="51924A4F" wp14:editId="1DE74A61">
            <wp:simplePos x="0" y="0"/>
            <wp:positionH relativeFrom="margin">
              <wp:posOffset>-1066800</wp:posOffset>
            </wp:positionH>
            <wp:positionV relativeFrom="page">
              <wp:posOffset>9525</wp:posOffset>
            </wp:positionV>
            <wp:extent cx="7810500" cy="9994900"/>
            <wp:effectExtent l="0" t="0" r="0" b="6350"/>
            <wp:wrapNone/>
            <wp:docPr id="295442908" name="Imagem 29544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0B06" w:rsidRPr="00230A3A">
        <w:rPr>
          <w:rFonts w:ascii="Times New Roman" w:hAnsi="Times New Roman" w:cs="Times New Roman"/>
          <w:b/>
          <w:sz w:val="24"/>
          <w:szCs w:val="24"/>
          <w:lang w:val="pt-BR"/>
        </w:rPr>
        <w:t>DECLARAÇÃO DE CIÊNCIA E COMPROMISSO COM AS NORMAS ÉTICAS</w:t>
      </w:r>
    </w:p>
    <w:p w14:paraId="7F24EEFA" w14:textId="77777777" w:rsidR="009D6379" w:rsidRPr="00230A3A" w:rsidRDefault="009D6379" w:rsidP="006E45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AF8F115" w14:textId="77777777" w:rsidR="009D6379" w:rsidRPr="0045256D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256D">
        <w:rPr>
          <w:rFonts w:ascii="Times New Roman" w:hAnsi="Times New Roman" w:cs="Times New Roman"/>
          <w:sz w:val="24"/>
          <w:szCs w:val="24"/>
          <w:lang w:val="pt-BR"/>
        </w:rPr>
        <w:t>Declaramos estar cientes de que o descumprimento das obrigações constantes nos Anexos I a IV, ou de quaisquer outras exigências estabelecidas pelo CEP ou pela legislação vigente, pode implicar em sanções éticas, administrativas e/ou legais, conforme disposto na Resolução 466/12 e/ou 510/16 CNS/MS e suas complementares. Ressaltamos a importância do cumprimento rigoroso das normas e procedimentos, de forma a garantir a ética e a integridade no desenvolvimento da pesquisa.</w:t>
      </w:r>
    </w:p>
    <w:p w14:paraId="0B456223" w14:textId="77777777" w:rsidR="009D6379" w:rsidRPr="0045256D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033CF01" w14:textId="7FD29255" w:rsidR="008C566E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30A3A">
        <w:rPr>
          <w:rFonts w:ascii="Times New Roman" w:hAnsi="Times New Roman" w:cs="Times New Roman"/>
          <w:sz w:val="24"/>
          <w:szCs w:val="24"/>
          <w:lang w:val="pt-BR"/>
        </w:rPr>
        <w:t>Por ser verdade, firmamos a presente declaração:</w:t>
      </w:r>
    </w:p>
    <w:p w14:paraId="79FBE019" w14:textId="77777777" w:rsidR="00F632E4" w:rsidRDefault="00F632E4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919B380" w14:textId="77777777" w:rsidR="00F632E4" w:rsidRPr="006E455D" w:rsidRDefault="00F632E4" w:rsidP="00F63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 xml:space="preserve">(Local), </w:t>
      </w:r>
      <w:r w:rsidRPr="006E455D">
        <w:rPr>
          <w:rFonts w:ascii="Times New Roman" w:hAnsi="Times New Roman" w:cs="Times New Roman"/>
          <w:sz w:val="24"/>
          <w:szCs w:val="24"/>
          <w:lang w:val="pt-BR"/>
        </w:rPr>
        <w:t>_____/_____/20______.</w:t>
      </w:r>
    </w:p>
    <w:p w14:paraId="7188E2A9" w14:textId="77777777" w:rsidR="009D6379" w:rsidRPr="00230A3A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F983573" w14:textId="77777777" w:rsidR="009D6379" w:rsidRPr="006E455D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</w:t>
      </w:r>
    </w:p>
    <w:p w14:paraId="7D4751D1" w14:textId="77777777" w:rsidR="009D6379" w:rsidRPr="006E455D" w:rsidRDefault="009D6379" w:rsidP="009D6379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color w:val="EE0000"/>
          <w:sz w:val="24"/>
          <w:szCs w:val="24"/>
          <w:lang w:val="pt-BR"/>
        </w:rPr>
        <w:t>(Assinatura do Responsável pela Instituição Coparticipante)</w:t>
      </w:r>
    </w:p>
    <w:p w14:paraId="341AC559" w14:textId="77777777" w:rsidR="009D6379" w:rsidRPr="006E455D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E455D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                                                          </w:t>
      </w:r>
    </w:p>
    <w:p w14:paraId="779BD06F" w14:textId="77777777" w:rsidR="009D6379" w:rsidRPr="00F632E4" w:rsidRDefault="009D6379" w:rsidP="009D63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sectPr w:rsidR="009D6379" w:rsidRPr="00F632E4" w:rsidSect="009D6379">
      <w:pgSz w:w="12240" w:h="15840"/>
      <w:pgMar w:top="2835" w:right="1134" w:bottom="2835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5502321">
    <w:abstractNumId w:val="8"/>
  </w:num>
  <w:num w:numId="2" w16cid:durableId="1872839509">
    <w:abstractNumId w:val="6"/>
  </w:num>
  <w:num w:numId="3" w16cid:durableId="2041196636">
    <w:abstractNumId w:val="5"/>
  </w:num>
  <w:num w:numId="4" w16cid:durableId="257295102">
    <w:abstractNumId w:val="4"/>
  </w:num>
  <w:num w:numId="5" w16cid:durableId="515189518">
    <w:abstractNumId w:val="7"/>
  </w:num>
  <w:num w:numId="6" w16cid:durableId="1779643897">
    <w:abstractNumId w:val="3"/>
  </w:num>
  <w:num w:numId="7" w16cid:durableId="1350252988">
    <w:abstractNumId w:val="2"/>
  </w:num>
  <w:num w:numId="8" w16cid:durableId="1520122822">
    <w:abstractNumId w:val="1"/>
  </w:num>
  <w:num w:numId="9" w16cid:durableId="141212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2BAB"/>
    <w:rsid w:val="00230A3A"/>
    <w:rsid w:val="0029639D"/>
    <w:rsid w:val="00326F90"/>
    <w:rsid w:val="0045256D"/>
    <w:rsid w:val="00504A95"/>
    <w:rsid w:val="00506D6C"/>
    <w:rsid w:val="006631A6"/>
    <w:rsid w:val="006E455D"/>
    <w:rsid w:val="008C566E"/>
    <w:rsid w:val="009D6379"/>
    <w:rsid w:val="00AA1D8D"/>
    <w:rsid w:val="00B47730"/>
    <w:rsid w:val="00CB0664"/>
    <w:rsid w:val="00EE07B9"/>
    <w:rsid w:val="00F632E4"/>
    <w:rsid w:val="00F961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95168"/>
  <w14:defaultImageDpi w14:val="300"/>
  <w15:docId w15:val="{FD562291-734B-4C98-A343-BB77A079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611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Fernando Gregol</cp:lastModifiedBy>
  <cp:revision>6</cp:revision>
  <dcterms:created xsi:type="dcterms:W3CDTF">2026-04-11T20:39:00Z</dcterms:created>
  <dcterms:modified xsi:type="dcterms:W3CDTF">2026-08-11T16:53:00Z</dcterms:modified>
  <cp:category/>
</cp:coreProperties>
</file>